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ותנ״ך: מסע בין סיפורים ופסוקים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ולתרגל מושגי יסוד בספרות: מספר, עלילה, אמצעים אמנותיים ואפיון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 סוגות שונות: סיפור עממי, משל, בלדה, סיפור קצר ושיר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פסוקים אמיתיים מספר שמואל ולדון בדמויות ובדילמות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תשובה מנומקת לפי מחוון, תוך שימוש בציטוט קצר ומדויק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ארגז הכלים של הקורא/ת – חזרה על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דרמה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המספר אומר במפורש איך הדמות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ארגז הכלים של הקורא/ת – מבנה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האקספוזיציה היא שלב הפתיחה שבו מכירים את הדמויות, המקום והזמן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מספר בגוף ראשון הוא דמות הנמצאת בתוך הסיפור ומספרת ממנה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ארגז הכלים של הקורא/ת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ארגז הכלים של הקורא/ת – זיהוי אמצעים אמנותיים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הסיפור העממי והמשל – זיהוי מאפיינים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היה היה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חזרה על אירוע או משימה שלוש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בעלי חיים שהם עזרו להם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מוסר השכל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הסיפור העממי והמשל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גלגול (מטמורפוזה)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הסיפור העממי והמשל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(שלוש משימות ועוזרים מהחי)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(נערה מנצחת בזכות חוכמתה)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(מצוקה ואז גלגול וסוף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(משל מספר שופטים)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הבלדה – היכרות עם הסוגה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סיפור קודר שמושר, עם עלילה דרמטית וסוף טרגי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קצר 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נתן אלתרמן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מגבול סקוטלנד-אנגליה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הבלדה – סימון היצירות ומאפייניהן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לבלדות יש בדרך כלל סוף טרגי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האם שואלת את הבן שאלות והוא עונה, עד שמתגלה שהורעל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בלדה אמנותית, שחיבר שאול טשרניחובסקי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הבלדה מספרת בקיצור ומשאירה פרטים חסרים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הבלדה – מבנה ואמצעים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(דיאלוג אם-בן שחושף הרעלה בהדרגה)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(וידוי הדרגתי שחושף רצח ואשמת האם)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(נאמנות למלך למרות סימן מבשר רעה, סוף טרגי 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(פזמון חוזר ונאמנות בעלי חיים לאהובה המתה)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(בלדה אמנותית עברית עם רמז לשואה)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הבלדה – מילוי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חזרה מתגברת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רצח (רצח אביו)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פזמון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הסיפור הקצר: מהעולם ומהספרות העברית – הכרת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אנטון צ'כוב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ניו יורק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מתילדה לואזל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הסוסה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הסיפור הקצר: מהעולם ומהספרות העברית – התאמה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(גי דה מופסאן – צרפת)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(אנטון צ'כוב – רוסיה)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(או. הנרי – ארצות הברית)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(סוף מפתיע שמשנה את הבנת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(פער בין הציפייה למציאות)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הסיפור הקצר: מהעולם ומהספרות העברית – חשיבה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מתילדה חלמה על עושר ויוקרה ולכן שאלה מחרוזת יקרה; הסוף המפתיע מגלה שהתכשיט שהחליף אותה היה מלאכותי וזול, כך שכל הסבל היה מיותר.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האנשים סביבו עסוקים בעצמם ולא מקשיבים לצערו, ורק הסוסה נשארת שקטה לידו – וכך מודגשת בדידותו העמוקה.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אחד החברים הפך לשוטר ונאלץ להתמודד עם כך שחברו הוא אדם מבוקש, למרות הקשר האישי ביניהם.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בכל הסיפורים דמות נפגעת ממעמדה החברתי או מיחס הסביבה אליה, ומגיבה בדרך שמבטאת את כאבה או את רצונה לשמור על כבודה.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איך קוראים שיר? ושירת התחייה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קבוצת טורים המהווה יחידה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הקול שמדבר בשיר, לא בהכרח המשורר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הציפור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איך קוראים שיר? ושירת התחייה – זיהוי ביצירות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שיר לירי מבטא רגש או מחשבה של הדובר, ולא בהכרח מספר עלילה.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רחל פונה לאגם ומתארת אותו בתכונות אנושיות.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בפרק – מטאפורה מ"שיר השירים" לקושי להגיע אל אדם אחר.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איך קוראים שיר? ושירת התחייה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(שיר קלאסי של ביאליק, פנייה לציפור)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(רחל, עולם קטן כעולם נמלה)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(רחל, שיר נוף עם האנשה)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(ביאליק, פנייה לדמות נשית וכמיהה)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(רחל, מטאפורה מ"שיר השירים")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איך קוראים שיר? ושירת התחייה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רק על עצמי לספר ידעתי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שורה חוצה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תנ״ך: שמואל – מנהיגים ומלכים – הכרת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ה' יראה ללבב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מכילה ציטוט קצר (עד כמה מילים) ושם מדויק של האמצעי האמנותי, עם הסבר תרומה לקורא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מתבססת על פסוק או אירוע ממשי מהפרקים שנלמדו ולא על ניחוש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מזהה לפחות הבדל אחד מובהק: סיפור עממי בפרוזה מול בלדה בשיר עם חזרה ופזמון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לשלושה-ארבעה מפגשים: פרקים 1-3 ספרות קלאסית, פרק 4 סיפור קצר, פרקים 5-6 שירה ותנ״ך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מספר הדוגמאות בכל פרק ולהתמקד בדמות או בשיר אחד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לפתוח כל פרק בקריאה קולית קצרה של קטע מהיצירה לפני מילוי התרגילים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משימת כתיבה חופשית: כתיבת בית בסגנון בלדה או פסקת ניתוח על דמות מהתנ״ך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ותנ״ך: מסע בין סיפורים ופסוקים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שישה פרקים. בכל פרק לומדים דבר חדש על סיפורים, שירים או פסוקים. עובדים לאט, פרק אחרי פרק, וכותבים תשובות קצרות וברורות.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/ מספרת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שמספר את הסיפור – בגוף ראשון (אני) או בגוף שלישי (הוא, היא)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אפיון 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מכירים דמות: ישיר (אומרים עליה) או עקיף (לפי מעשים, דיבור או סביבה)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במילת קישור כמו 'כמו' או 'כ'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בלי מילת קישור, אומרים שדבר אחד הוא דבר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נתינת תכונות אדם לחפץ, בעל חיים או תופעת טבע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אקספוזיציה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הסיפור – היכרות עם הדמויות, המקום והזמן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פואנטה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מפתיע שמשנה את ההבנה של כל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שמספר סיפור דרמטי עם דיאלוג, חזרה וסוף טרגי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 ונמשל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על בעלי חיים או אנשים שמסתיים במוסר השכל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דובר / דוברת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שמדבר בשיר, לא בהכרח המשורר עצמו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ארגז הכלים של הקורא/ת – חזרה על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יצירה מיועד להצגה?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דרמה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חסר במחזה לעומת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דיאלוג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אפיון ישיר?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המספר אומר במפורש איך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אנחנו לומדים על הדמות ממעשיה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אנחנו לומדים על הדמות מהסביבה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הדמות מתארת את עצמה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ארגז הכלים של הקורא/ת – מבנה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באקספוזיציה מכירים את הדמויות, המקום והזמן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בגוף ראשון הוא דמות בתוך העלילה שמספרת 'אני'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ארגז הכלים של הקורא/ת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ה__________ מגיעה העלילה לנקודת המתח הגבוהה ביותר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ארגז הכלים של הקורא/ת – זיהוי אמצעים אמנותיים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מילה בדימוי מדובר על הלב?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דפיקות חזקות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אמצעי יש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אמצעי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מאפיינים את עידו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עקיף – מעשים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עקיף – 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עקיף – 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הסיפור העממי והמשל – זיהוי מאפיינים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נפתח סיפור עממי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היה היה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בוקר אחד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לפני שנה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באחד הימים הגשומים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'שילוש'?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 דמויות ראשיות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אירוע או משימה שלוש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מקומות שונים בעלילה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פתיחות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עוזר לגיבורים ב'מלכת הדבורים'?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מלך 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בעלי חיים שהם עזרו להם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קוסם 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אחות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יש כמעט תמיד בסוף משל?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מוסר השכל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פתוחה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הסיפור העממי והמשל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במעשייה 'מלכת הדבורים' יוצאים למסע שלושה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כשבעלי חיים מדברים ומתנהגים כמו בני אדם, זהו אמצעי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ב'ארנב הים' מתרחש בסוף שינוי פלאי בגוף הגיבור, הנקרא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במשל כבשת הרש, הנביא נתן משתמש במשל כדי לומר למלך דוד אמת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הסיפור העממי והמשל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מלכת הדבורים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משל מספר שופטים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העלמה החכמה והמלך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מצוקה ואז גלגול וסוף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ארנב 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נערה מנצחת בזכות חוכמתה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משל יותם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שלוש משימות ועוזרים מהחי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הבלדה – היכרות עם הסוגה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מגדירים 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שמח ללא 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קודר שמושר, עם עלילה דרמטית וסוף טרגי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משל עם מוסר השכל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קצר ללא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דיאלוג יש בבלדה?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ארוך ומפורט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קצר 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מילים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בין שלוש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המתרגם של הבלדות העממיות בפרק?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ח״נ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נתן אלתרמן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שאול טשרניחובסקי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מאיזה אזור הגיעו רוב הבלדות בפרק?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מגבול סקוטלנד-אנגליה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מיוון העתיקה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מהתנ״ך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הבלדה – סימון היצירות ומאפייניהן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לבלדות יש בדרך כלל סוף שמח ומרגיע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ב׳לורד רנדל׳ מתקיים דיאלוג בין אם לבנה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׳בת הרב ואמה׳ מאת טשרניחובסקי היא בלדה עממית ולא ידוע מי כתב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בבלדות יש לרוב פערים שהקורא או הקוראת צריכים להשלים בעצמם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הבלדה – מבנה ואמצעים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לורד רנדל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פזמון חוזר ונאמנות בעלי חיים לאהובה המתה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אדוארד אדוארד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דיאלוג אם-בן שחושף הרעלה בהדרגה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סר פטריק ספנס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וידוי הדרגתי שחושף רצח ואשמת האם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שלושה בני עורב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בלדה אמנותית עברית עם רמז לשואה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בת הרב ואמה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נאמנות למלך למרות סימן מבשר רעה, סוף טרגי 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הבלדה – מילוי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טכניקה שבה משפטים חוזרים שוב ושוב עם שינוי קטן בכל פעם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ב׳אדוארד אדוארד׳ מתגלה בהדרגה שהגיבור ביצע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קטע שחוזר על עצמו כמה פעמים לאורך השיר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הסיפור הקצר: מהעולם ומהספרות העברית – הכרת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קורה הסיפור 'המחרוזת'?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ניו יורק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הסופר של 'יגון'?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 דה מופסאן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אנטון צ'כוב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או. הנרי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 עליכם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קורה 'מקץ עשרים שנה'?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ניו יורק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סנקט פטרבורג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מאבדת את המחרוזת?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מתילדה לואזל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המשרתת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מקשיב לעגלון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הסוסה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שוטר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הסיפור הקצר: מהעולם ומהספרות העברית – התאמה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המחרוזת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או. הנרי – ארצות הברית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פער בין הציפייה למציאות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מקץ עשרים 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סוף מפתיע שמשנה את הבנת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פואנטה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אנטון צ'כוב – רוסיה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אירוניה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גי דה מופסאן – צרפת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הסיפור הקצר: מהעולם ומהספרות העברית –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הקשר בין חלומות העושר של מתילדה לבין הסוף המפתיע בסיפור 'המחרוזת'?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אפשר לומר שדווקא הסוסה 'מקשיבה' לעגלון בסיפור 'יגון'? מה זה מלמד על הבדידות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בסיפור 'מקץ עשרים שנה' יש התנגשות בין חברות לחובה. הסבירו במשפט אחד במה מתבטאת ההתנגשות.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שני משפטים: במה דומים נושאי הכבוד והזהות ב'נקמתו של סבל' לנושאים בסיפורים הקצרים מהעולם?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איך קוראים שיר? ושירת התחייה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בית בשיר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בודדת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קבוצת טורים המהווה יחידה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מיהו "הדובר"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המשורר עצמו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הקול שמדבר בשיר, לא בהכרח המשורר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הקורא את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הנמענת בשיר "אל הציפור" של ביאליק?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אישה אהובה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רחל נקראת לעיתים "משוררת ה___"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גליל העליון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נגב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איך קוראים שיר? ושירת התחייה – זיהוי ביצירות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לירי יש בדרך כלל עלילה מפותחת עם התחלה, אמצע וסוף, כמו בסיפור.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"כנרת" של רחל יש האנשה – פנייה אל הכנרת כאילו היא אדם.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"גן נעול" רחל משתמשת במטאפורה שמקורה בספר שיר השירים.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איך קוראים שיר? ושירת התחייה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אל הציפור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רחל, מטאפורה מ"שיר השירים"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רק על עצמי לספר ידעתי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רחל, שיר נוף עם האנשה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ביאליק, פנייה לדמות נשית וכמיהה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הכניסיני תחת כנפך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שיר קלאסי של ביאליק, פנייה לציפור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גן נעול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רחל, עולם קטן כעולם נמלה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איך קוראים שיר? ושירת התחייה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בשיר __________ רחל חוזרת על אותן מילות פתיחה כדי להדגיש את הרעיון (אנאפורה)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שורה בשיר ממשיכה את המשפט לשורה הבאה בלי הפסקה, קוראים לכך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תנ״ך: שמואל – מנהיגים ומלכים – הכרת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התפללה בלב ונדרה נדר?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פעמים שאול נעשה מלך?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ניצח את הענק גוליית?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חשוב לה' בבחירת מלך?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גבוה כמו שאול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ה' יראה ללבב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חזק מכולם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 מראה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משיר או מסיפור מהחוברת לדימוי או למטאפורה, והסבר/י מה הוא תורם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בחר/י אחת מהדמויות שלמדנו עליהן בתנ״ך (שאול, דוד או חנה) וכתוב/כתבי שתי תכונות שלה עם הוכחה מהפסוקים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הסבר/י במילים שלך מה ההבדל בין סיפור עממי לבלדה, לפי דוגמה אחת מכל סוגה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ספרות ותנ״ך: מסע בין סיפורים ופסוקים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