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ותנ״ך: מסע בין סיפורים ופסוקים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ולתרגל מושגי יסוד בספרות: מספר, עלילה, אמצעים אמנותיים ואפיון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 סוגות שונות: סיפור עממי, משל, בלדה, סיפור קצר ושיר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פסוקים אמיתיים מספר שמואל ולדון בדמויות ובדילמות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תשובה מנומקת לפי מחוון, תוך שימוש בציטוט קצר ומדויק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ארגז הכלים של הקורא/ת – חזרה על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דרמה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ארגז הכלים של הקורא/ת – מבנה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האקספוזיציה היא שלב הפתיחה שבו מכירים את הדמויות, המקום והזמן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מספר בגוף ראשון הוא דמות הנמצאת בתוך הסיפור ומספרת ממנה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ארגז הכלים של הקורא/ת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ארגז הכלים של הקורא/ת – זיהוי אמצעים אמנותיים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הסיפור העממי והמשל – זיהוי 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היה היה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חזרה על אירוע או משימה שלוש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בעלי חיים שהם עזרו להם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הסיפור העממי והמשל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גלגול (מטמורפוזה)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הסיפור העממי והמשל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(שלוש משימות ועוזרים מהחי)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(נערה מנצחת בזכות חוכמתה)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(מצוקה ואז גלגול וסוף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(משל מספר שופטים)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הבלדה – היכרות עם הסוגה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קודר שמושר, עם עלילה דרמטית וסוף טרגי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קצר 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נתן אלתרמן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הבלדה – סימון היצירות ומאפייניהן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לבלדות יש בדרך כלל סוף טרגי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האם שואלת את הבן שאלות והוא עונה, עד שמתגלה שהורעל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בלדה אמנותית, שחיבר שאול טשרניחובסקי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הבלדה – מבנה ואמצעים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(דיאלוג אם-בן שחושף הרעלה בהדרגה)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(וידוי הדרגתי שחושף רצח ואשמת האם)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(נאמנות למלך למרות סימן מבשר רעה, סוף טרגי 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(פזמון חוזר ונאמנות בעלי חיים לאהובה המתה)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הבלדה – מילוי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חזרה מתגברת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רצח (רצח אביו)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הסיפור הקצר: מהעולם ומהספרות העברית – הכרת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אנטון צ'כוב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ניו יורק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הסיפור הקצר: מהעולם ומהספרות העברית – התאמה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(גי דה מופסאן – צרפת)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(אנטון צ'כוב – רוסיה)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(או. הנרי – ארצות הברית)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הסיפור הקצר: מהעולם ומהספרות העברית – חשיבה והשוואה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איך קוראים שיר? ושירת התחייה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קבוצת טורים המהווה יחידה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הקול שמדבר בשיר, לא בהכרח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הציפור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איך קוראים שיר? ושירת התחייה – זיהוי ביצירות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שיר לירי מבטא רגש או מחשבה של הדובר, ולא בהכרח מספר עלילה.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רחל פונה לאגם ומתארת אותו בתכונות אנושיות.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איך קוראים שיר? ושירת התחייה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(שיר קלאסי של ביאליק, פנייה לציפור)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(רחל, עולם קטן כעולם נמלה)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(רחל, שיר נוף עם האנשה)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(ביאליק, פנייה לדמות נשית וכמיהה)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איך קוראים שיר? ושירת התחייה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רק על עצמי לספר ידעתי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שורה חוצה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תנ״ך: שמואל – מנהיגים ומלכים – הכרת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מכילה ציטוט קצר (עד כמה מילים) ושם מדויק של האמצעי האמנותי, עם הסבר תרומה לקורא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מתבססת על פסוק או אירוע ממשי מהפרקים שנלמדו ולא על ניחוש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מזהה לפחות הבדל אחד מובהק: סיפור עממי בפרוזה מול בלדה בשיר עם חזרה ופזמון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מפגשים: פרקים 1-3 ספרות קלאסית, פרק 4 סיפור קצר, פרקים 5-6 שירה ותנ״ך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הדוגמאות בכל פרק ולהתמקד בדמות או בשיר אחד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כל פרק בקריאה קולית קצרה של קטע מהיצירה לפני מילוי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משימת כתיבה חופשית: כתיבת בית בסגנון בלדה או פסקת ניתוח על דמות מהתנ״ך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ותנ״ך: מסע בין סיפורים ופסוקים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שישה פרקים שהולכים יחד מהכלים הבסיסיים של קריאת ספרות ועד לסיפורי המקרא. עברו על כל פרק לפי הסדר, ענו בעיפרון ובדקו את עצמכם בעזרת שאלות הסיכום בסוף כל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רק על עצמי לספר ידעתי  ·  חזרה מתגברת  ·  שיא  ·  גלגול (מטמורפוזה)  ·  שורה חוצה  ·  רצח (רצח אביו)  ·  האנשה  ·  אחים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ארגז הכלים של הקורא/ת – חזרה על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סוגה נכתבת כדי שיציגו אותה על 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אין בדרמה, בניגוד לסיפור?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דיאלוג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ארגז הכלים של הקורא/ת – מבנה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באקספוזיציה מכירים את הדמויות, המקום והזמן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בגוף ראשון הוא דמות בתוך העלילה שמספרת 'אני'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ארגז הכלים של הקורא/ת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ה__________ מגיעה העלילה לנקודת המתח הגבוהה ביותר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ארגז הכלים של הקורא/ת – זיהוי 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"הלב שלו דפק כמו תוף" – מהו המדומה?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"הכיתה הייתה ים סוער" – איזה אמצעי אמנותי?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האנשה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הסיפור העממי והמשל – זיהוי 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משפט פותח בדרך כלל סיפור עממי?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היה היה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בוקר אחד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לפני שנה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'שילוש' בסיפור עממי?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 דמויות ראשיות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חזרה על אירוע או משימה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 מקומות שונים בעלילה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עוזר לאחים במעשייה 'מלכת הדבורים' להצליח במשימות?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מלך 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בעלי חיים שהם עזרו להם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קוסם זקן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הסיפור העממי והמשל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במעשייה 'מלכת הדבורים' יוצאים למסע שלושה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כשבעלי חיים מדברים ומתנהגים כמו בני אדם, זהו אמצעי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ב'ארנב הים' מתרחש בסוף שינוי פלאי בגוף הגיבור, הנקרא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הסיפור העממי והמשל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מלכת הדבורים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נערה מנצחת בזכות חוכמתה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העלמה החכמה והמלך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שלוש משימות ועוזרים מהחי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ארנב 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משל מספר שופטים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משל יותם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מצוקה ואז גלגול וסוף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הבלדה – היכרות עם הסוגה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 שמח ללא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קודר שמושר, עם עלילה דרמטית וסוף טרגי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משל עם מוסר השכל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בדרך כלל נראה הדיאלוג בבלדה?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ארוך ומפורט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קצר 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בלי מילים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תרגם לעברית את הבלדות העממיות ׳לורד רנדל׳, ׳אדוארד אדוארד׳ ו׳שלושה בני עורב׳?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ח״נ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נתן אלתרמן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הבלדה – סימון היצירות ומאפייניהן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לבלדות יש בדרך כלל סוף שמח ומרגיע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ב׳לורד רנדל׳ מתקיים דיאלוג בין אם לבנה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׳בת הרב ואמה׳ מאת טשרניחובסקי היא בלדה עממית ולא ידוע מי כתב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הבלדה – מבנה ואמצעים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לורד רנדל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פזמון חוזר ונאמנות בעלי חיים לאהובה המתה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אדוארד אדוארד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נאמנות למלך למרות סימן מבשר רעה, סוף טרגי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סר פטריק ספנס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דיאלוג אם-בן שחושף הרעלה בהדרגה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שלושה בני עורב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וידוי הדרגתי שחושף רצח ואשמת האם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הבלדה – מילוי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טכניקה שבה משפטים חוזרים שוב ושוב עם שינוי קטן בכל פעם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ב׳אדוארד אדוארד׳ מתגלה בהדרגה שהגיבור ביצע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הסיפור הקצר: מהעולם ומהספרות העברית – הכרת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מתרחש הסיפור 'המחרוזת'?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מוסקבה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כתב את הסיפור 'יגון'?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גי דה מופסאן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אנטון צ'כוב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או. הנרי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הסיפור 'מקץ עשרים שנה' מתרחש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ניו יורק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הסיפור הקצר: מהעולם ומהספרות העברית – התאמה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או. הנרי – ארצות הברית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גי דה מופסאן – צרפת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מקץ עשרים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אנטון צ'כוב – רוסיה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הסיפור הקצר: מהעולם ומהספרות העברית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איך קוראים שיר? ושירת התחייה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"בית"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מילה בודדת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קבוצת טורים המהווה יחידה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מיהו "הדובר"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המשורר עצמו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הקול שמדבר בשיר, לא בהכרח המשורר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הקורא את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הנמענת בשיר "אל הציפור" של ביאליק?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אישה אהובה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אמא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איך קוראים שיר? ושירת התחייה – זיהוי ביצירות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לירי יש בדרך כלל עלילה מפותחת עם התחלה, אמצע וסוף, כמו בסיפור.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"כנרת" של רחל יש האנשה – פנייה אל הכנרת כאילו היא 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איך קוראים שיר? ושירת התחייה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אל הציפור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רחל, שיר נוף עם האנשה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רק על עצמי לספר ידעתי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שיר קלאסי של ביאליק, פנייה לציפור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ביאליק, פנייה לדמות נשית וכמיהה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הכניסיני תחת כנפך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רחל, עולם קטן כעולם נמלה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איך קוראים שיר? ושירת התחייה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בשיר __________ רחל חוזרת על אותן מילות פתיחה כדי להדגיש את הרעיון (אנאפורה)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שורה בשיר ממשיכה את המשפט לשורה הבאה בלי הפסקה, קוראים לכך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תנ״ך: שמואל – מנהיגים ומלכים – הכרת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התפללה בלי להוציא קול ונדרה נדר לילד שייוולד 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אביגיל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פעמים הומלך שאול למלך, לפי הפרקים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ניצח את גוליית בעמק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שאול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תן/י דוגמה משיר או מסיפור מהחוברת לדימוי או למטאפורה, והסבר/י מה הוא תורם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בחר/י אחת מהדמויות שלמדנו עליהן בתנ״ך (שאול, דוד או חנה) וכתוב/כתבי שתי תכונות שלה עם הוכחה מהפסוקים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ספרות ותנ״ך: מסע בין סיפורים ופסוקים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